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</w:t>
      </w:r>
      <w:r w:rsidR="00D45743">
        <w:rPr>
          <w:sz w:val="32"/>
          <w:szCs w:val="32"/>
          <w:lang w:val="el-GR"/>
        </w:rPr>
        <w:t xml:space="preserve"> </w:t>
      </w:r>
      <w:r w:rsidRPr="00862F2F">
        <w:rPr>
          <w:sz w:val="32"/>
          <w:szCs w:val="32"/>
          <w:lang w:val="el-GR"/>
        </w:rPr>
        <w:t>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ED0E93">
        <w:rPr>
          <w:b/>
          <w:bCs/>
          <w:color w:val="943634" w:themeColor="accent2" w:themeShade="BF"/>
          <w:sz w:val="28"/>
          <w:szCs w:val="28"/>
          <w:lang w:val="el-GR"/>
        </w:rPr>
        <w:t>ΑΠΡΙΛΙΟΣ</w:t>
      </w:r>
      <w:r w:rsidR="00625F5A">
        <w:rPr>
          <w:b/>
          <w:bCs/>
          <w:color w:val="943634" w:themeColor="accent2" w:themeShade="BF"/>
          <w:sz w:val="28"/>
          <w:szCs w:val="28"/>
          <w:lang w:val="el-GR"/>
        </w:rPr>
        <w:t xml:space="preserve"> 2026</w:t>
      </w:r>
    </w:p>
    <w:tbl>
      <w:tblPr>
        <w:tblStyle w:val="afa"/>
        <w:tblW w:w="9072" w:type="dxa"/>
        <w:tblLook w:val="04A0"/>
      </w:tblPr>
      <w:tblGrid>
        <w:gridCol w:w="2002"/>
        <w:gridCol w:w="1245"/>
        <w:gridCol w:w="346"/>
        <w:gridCol w:w="6164"/>
      </w:tblGrid>
      <w:tr w:rsidR="002C0BBB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C24E91" w:rsidRDefault="001C2312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ED0E93" w:rsidRDefault="001C2312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  <w:r w:rsidR="00ED0E93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 xml:space="preserve"> </w:t>
            </w:r>
          </w:p>
          <w:p w:rsidR="00ED0E93" w:rsidRDefault="00ED0E93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1C2312" w:rsidRPr="008C5283" w:rsidRDefault="001C2312" w:rsidP="00ED0E93">
            <w:pPr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C24E91" w:rsidRDefault="00541BD1" w:rsidP="00541BD1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ED0E93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ΣΚΙΝΕΣ</w:t>
            </w:r>
            <w:r w:rsidR="00ED0E93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 xml:space="preserve"> </w:t>
            </w:r>
          </w:p>
          <w:p w:rsidR="00ED0E93" w:rsidRDefault="00ED0E93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C24E91" w:rsidRDefault="005F3A0C" w:rsidP="005F3A0C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D0E93" w:rsidRDefault="00ED0E93" w:rsidP="00A83BBC">
            <w:pPr>
              <w:jc w:val="center"/>
              <w:rPr>
                <w:lang w:val="el-GR"/>
              </w:rPr>
            </w:pPr>
          </w:p>
          <w:p w:rsidR="00ED0E93" w:rsidRDefault="00ED0E93" w:rsidP="00A83BBC">
            <w:pPr>
              <w:jc w:val="center"/>
              <w:rPr>
                <w:lang w:val="el-GR"/>
              </w:rPr>
            </w:pPr>
          </w:p>
          <w:p w:rsidR="00ED0E93" w:rsidRDefault="00ED0E93" w:rsidP="00A83BBC">
            <w:pPr>
              <w:jc w:val="center"/>
              <w:rPr>
                <w:lang w:val="el-GR"/>
              </w:rPr>
            </w:pPr>
          </w:p>
          <w:p w:rsidR="00D80E86" w:rsidRDefault="00D80E86" w:rsidP="00A83BBC">
            <w:pPr>
              <w:jc w:val="center"/>
              <w:rPr>
                <w:lang w:val="el-GR"/>
              </w:rPr>
            </w:pPr>
          </w:p>
          <w:p w:rsidR="00D80E86" w:rsidRDefault="00D80E86" w:rsidP="00A83BBC">
            <w:pPr>
              <w:jc w:val="center"/>
              <w:rPr>
                <w:lang w:val="el-GR"/>
              </w:rPr>
            </w:pPr>
          </w:p>
          <w:p w:rsidR="001C2312" w:rsidRPr="00825B5C" w:rsidRDefault="00ED0E93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D80E86" w:rsidRDefault="00D80E86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D80E86" w:rsidRDefault="00D80E86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D80E86" w:rsidRDefault="00D80E86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9731F0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D80E86">
              <w:rPr>
                <w:b/>
                <w:sz w:val="28"/>
                <w:szCs w:val="28"/>
                <w:lang w:val="el-GR"/>
              </w:rPr>
              <w:t>1</w:t>
            </w:r>
            <w:r w:rsidR="000D729F" w:rsidRPr="00D80E86">
              <w:rPr>
                <w:b/>
                <w:sz w:val="28"/>
                <w:szCs w:val="28"/>
                <w:lang w:val="el-GR"/>
              </w:rPr>
              <w:t>,</w:t>
            </w:r>
            <w:r w:rsidRPr="00D80E86">
              <w:rPr>
                <w:b/>
                <w:sz w:val="28"/>
                <w:szCs w:val="28"/>
                <w:lang w:val="el-GR"/>
              </w:rPr>
              <w:t>2,</w:t>
            </w:r>
            <w:r w:rsidR="000D729F" w:rsidRPr="00D80E86">
              <w:rPr>
                <w:b/>
                <w:sz w:val="28"/>
                <w:szCs w:val="28"/>
                <w:lang w:val="el-GR"/>
              </w:rPr>
              <w:t>3,6,</w:t>
            </w:r>
            <w:r w:rsidRPr="00D80E86">
              <w:rPr>
                <w:b/>
                <w:sz w:val="28"/>
                <w:szCs w:val="28"/>
                <w:lang w:val="el-GR"/>
              </w:rPr>
              <w:t>7,8,</w:t>
            </w:r>
            <w:r w:rsidR="000D729F" w:rsidRPr="00D80E86">
              <w:rPr>
                <w:b/>
                <w:sz w:val="28"/>
                <w:szCs w:val="28"/>
                <w:lang w:val="el-GR"/>
              </w:rPr>
              <w:t>9,</w:t>
            </w:r>
            <w:r w:rsidR="009731F0" w:rsidRPr="00D80E86">
              <w:rPr>
                <w:b/>
                <w:sz w:val="28"/>
                <w:szCs w:val="28"/>
                <w:lang w:val="el-GR"/>
              </w:rPr>
              <w:t>16</w:t>
            </w:r>
            <w:r w:rsidR="00EB55C2" w:rsidRPr="00D80E86">
              <w:rPr>
                <w:b/>
                <w:sz w:val="28"/>
                <w:szCs w:val="28"/>
                <w:lang w:val="el-GR"/>
              </w:rPr>
              <w:t>,1</w:t>
            </w:r>
            <w:r w:rsidRPr="00D80E86">
              <w:rPr>
                <w:b/>
                <w:sz w:val="28"/>
                <w:szCs w:val="28"/>
                <w:lang w:val="el-GR"/>
              </w:rPr>
              <w:t>7</w:t>
            </w:r>
            <w:r w:rsidR="00AA30D5" w:rsidRPr="00D80E86">
              <w:rPr>
                <w:b/>
                <w:sz w:val="28"/>
                <w:szCs w:val="28"/>
                <w:lang w:val="el-GR"/>
              </w:rPr>
              <w:t>,</w:t>
            </w:r>
            <w:r w:rsidRPr="00D80E86">
              <w:rPr>
                <w:b/>
                <w:sz w:val="28"/>
                <w:szCs w:val="28"/>
                <w:lang w:val="el-GR"/>
              </w:rPr>
              <w:t>20,21,22,</w:t>
            </w:r>
            <w:r w:rsidR="009731F0" w:rsidRPr="00D80E86">
              <w:rPr>
                <w:b/>
                <w:sz w:val="28"/>
                <w:szCs w:val="28"/>
                <w:lang w:val="el-GR"/>
              </w:rPr>
              <w:t>23</w:t>
            </w:r>
            <w:r w:rsidRPr="00D80E86">
              <w:rPr>
                <w:b/>
                <w:sz w:val="28"/>
                <w:szCs w:val="28"/>
                <w:lang w:val="el-GR"/>
              </w:rPr>
              <w:t>,24,27,28,29,30</w:t>
            </w: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D80E86">
              <w:rPr>
                <w:b/>
                <w:sz w:val="28"/>
                <w:szCs w:val="28"/>
                <w:lang w:val="el-GR"/>
              </w:rPr>
              <w:t>1</w:t>
            </w:r>
            <w:r w:rsidR="009731F0" w:rsidRPr="00D80E86">
              <w:rPr>
                <w:b/>
                <w:sz w:val="28"/>
                <w:szCs w:val="28"/>
                <w:lang w:val="el-GR"/>
              </w:rPr>
              <w:t>,</w:t>
            </w:r>
            <w:r w:rsidRPr="00D80E86">
              <w:rPr>
                <w:b/>
                <w:sz w:val="28"/>
                <w:szCs w:val="28"/>
                <w:lang w:val="el-GR"/>
              </w:rPr>
              <w:t>15</w:t>
            </w:r>
            <w:r w:rsidR="009731F0" w:rsidRPr="00D80E86">
              <w:rPr>
                <w:b/>
                <w:sz w:val="28"/>
                <w:szCs w:val="28"/>
                <w:lang w:val="el-GR"/>
              </w:rPr>
              <w:t>,</w:t>
            </w: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2C0BBB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D80E86">
              <w:rPr>
                <w:b/>
                <w:sz w:val="28"/>
                <w:szCs w:val="28"/>
                <w:lang w:val="el-GR"/>
              </w:rPr>
              <w:t xml:space="preserve"> 8</w:t>
            </w:r>
            <w:r w:rsidR="00AA30D5" w:rsidRPr="00D80E86">
              <w:rPr>
                <w:b/>
                <w:sz w:val="28"/>
                <w:szCs w:val="28"/>
                <w:lang w:val="el-GR"/>
              </w:rPr>
              <w:t>,</w:t>
            </w:r>
            <w:r w:rsidRPr="00D80E86">
              <w:rPr>
                <w:b/>
                <w:sz w:val="28"/>
                <w:szCs w:val="28"/>
                <w:lang w:val="el-GR"/>
              </w:rPr>
              <w:t>22,29</w:t>
            </w:r>
          </w:p>
          <w:p w:rsidR="002C0BBB" w:rsidRPr="00D80E86" w:rsidRDefault="002C0BBB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2C0BBB" w:rsidRPr="002C0BBB" w:rsidRDefault="002C0BBB" w:rsidP="000D729F">
            <w:pPr>
              <w:jc w:val="center"/>
              <w:rPr>
                <w:b/>
                <w:sz w:val="40"/>
                <w:szCs w:val="40"/>
                <w:lang w:val="el-GR"/>
              </w:rPr>
            </w:pPr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D80E86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8C5283" w:rsidRPr="00D80E86" w:rsidRDefault="008C5283" w:rsidP="00974EC3">
            <w:pPr>
              <w:jc w:val="center"/>
              <w:rPr>
                <w:rFonts w:cs="Tahoma"/>
                <w:color w:val="000000"/>
                <w:sz w:val="20"/>
                <w:szCs w:val="20"/>
                <w:lang w:val="el-GR"/>
              </w:rPr>
            </w:pPr>
            <w:r w:rsidRPr="00D80E86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1C2312" w:rsidRPr="00D80E86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80E86">
              <w:rPr>
                <w:rFonts w:cs="Tahoma"/>
                <w:b/>
                <w:sz w:val="20"/>
                <w:szCs w:val="20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45F29" w:rsidRPr="00D80E86" w:rsidRDefault="00E45F29" w:rsidP="00A83BBC">
            <w:pPr>
              <w:jc w:val="center"/>
              <w:rPr>
                <w:sz w:val="20"/>
                <w:szCs w:val="20"/>
                <w:lang w:val="el-GR"/>
              </w:rPr>
            </w:pPr>
          </w:p>
          <w:p w:rsidR="001C2312" w:rsidRPr="00D80E86" w:rsidRDefault="00A04FF5" w:rsidP="00A83BBC">
            <w:pPr>
              <w:jc w:val="center"/>
              <w:rPr>
                <w:sz w:val="20"/>
                <w:szCs w:val="20"/>
              </w:rPr>
            </w:pPr>
            <w:r w:rsidRPr="00D80E86">
              <w:rPr>
                <w:sz w:val="20"/>
                <w:szCs w:val="20"/>
              </w:rP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ED0E93" w:rsidP="009731F0">
            <w:pPr>
              <w:jc w:val="center"/>
              <w:rPr>
                <w:b/>
                <w:sz w:val="40"/>
                <w:szCs w:val="40"/>
                <w:lang w:val="el-GR"/>
              </w:rPr>
            </w:pPr>
            <w:r w:rsidRPr="00D80E86">
              <w:rPr>
                <w:b/>
                <w:sz w:val="40"/>
                <w:szCs w:val="40"/>
                <w:lang w:val="el-GR"/>
              </w:rPr>
              <w:t>6,8,17,20,23,27,30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ED0E93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2,7,16</w:t>
            </w:r>
            <w:r w:rsidR="009D723F" w:rsidRPr="00D80E86">
              <w:rPr>
                <w:b/>
                <w:sz w:val="32"/>
                <w:szCs w:val="32"/>
                <w:lang w:val="el-GR"/>
              </w:rPr>
              <w:t>,24(ΕΟΔΥ),29</w:t>
            </w:r>
          </w:p>
          <w:p w:rsidR="008A1422" w:rsidRPr="00D80E86" w:rsidRDefault="008A1422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8A1422" w:rsidRPr="00D80E86" w:rsidRDefault="008A1422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8A1422" w:rsidRPr="00D80E86" w:rsidRDefault="00ED0E93" w:rsidP="007801AA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17</w:t>
            </w:r>
            <w:r w:rsidR="009D723F" w:rsidRPr="00D80E86">
              <w:rPr>
                <w:b/>
                <w:sz w:val="32"/>
                <w:szCs w:val="32"/>
                <w:lang w:val="el-GR"/>
              </w:rPr>
              <w:t>,30</w:t>
            </w:r>
          </w:p>
          <w:p w:rsidR="008A1422" w:rsidRPr="00D80E86" w:rsidRDefault="008A1422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7801AA" w:rsidRPr="00D80E86" w:rsidRDefault="007801AA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9D723F" w:rsidRPr="00D80E86" w:rsidRDefault="009D723F" w:rsidP="00ED0E93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8A1422" w:rsidRPr="009731F0" w:rsidRDefault="00ED0E93" w:rsidP="00ED0E93">
            <w:pPr>
              <w:jc w:val="center"/>
              <w:rPr>
                <w:b/>
                <w:sz w:val="36"/>
                <w:szCs w:val="36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2</w:t>
            </w:r>
            <w:r w:rsidR="009731F0" w:rsidRPr="00D80E86">
              <w:rPr>
                <w:b/>
                <w:sz w:val="32"/>
                <w:szCs w:val="32"/>
                <w:lang w:val="el-GR"/>
              </w:rPr>
              <w:t>,</w:t>
            </w:r>
            <w:r w:rsidRPr="00D80E86">
              <w:rPr>
                <w:b/>
                <w:sz w:val="32"/>
                <w:szCs w:val="32"/>
                <w:lang w:val="el-GR"/>
              </w:rPr>
              <w:t>7,16</w:t>
            </w:r>
          </w:p>
        </w:tc>
      </w:tr>
      <w:tr w:rsidR="002C0BBB" w:rsidRPr="008C5283" w:rsidTr="009731F0">
        <w:trPr>
          <w:trHeight w:val="145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260955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1C2312" w:rsidRPr="00C24E91" w:rsidRDefault="000D01FC" w:rsidP="009D723F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</w:t>
            </w:r>
            <w:r>
              <w:rPr>
                <w:b/>
                <w:sz w:val="36"/>
                <w:szCs w:val="36"/>
              </w:rPr>
              <w:t>-</w:t>
            </w:r>
            <w:r w:rsidR="009731F0">
              <w:rPr>
                <w:b/>
                <w:sz w:val="36"/>
                <w:szCs w:val="36"/>
                <w:lang w:val="el-GR"/>
              </w:rPr>
              <w:t>3</w:t>
            </w:r>
            <w:r w:rsidR="009D723F">
              <w:rPr>
                <w:b/>
                <w:sz w:val="36"/>
                <w:szCs w:val="36"/>
                <w:lang w:val="el-GR"/>
              </w:rPr>
              <w:t>0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260955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9D723F" w:rsidP="009731F0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3,8,16(ΕΟΔΥ),24</w:t>
            </w:r>
          </w:p>
        </w:tc>
      </w:tr>
      <w:tr w:rsidR="002C0BBB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D80E86" w:rsidRDefault="001C2312" w:rsidP="00974EC3">
            <w:pPr>
              <w:jc w:val="center"/>
              <w:rPr>
                <w:b/>
                <w:sz w:val="32"/>
                <w:szCs w:val="32"/>
                <w:u w:val="single"/>
                <w:lang w:val="el-GR"/>
              </w:rPr>
            </w:pPr>
            <w:r w:rsidRPr="00D80E86">
              <w:rPr>
                <w:b/>
                <w:sz w:val="32"/>
                <w:szCs w:val="32"/>
                <w:u w:val="single"/>
                <w:lang w:val="el-GR"/>
              </w:rPr>
              <w:t>ΠΕΡΙΦΕΡΕΙΑΚΟ ΙΑΤΡΕΙΟ</w:t>
            </w:r>
          </w:p>
          <w:p w:rsidR="001C2312" w:rsidRPr="00D80E86" w:rsidRDefault="001C2312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 xml:space="preserve"> </w:t>
            </w:r>
            <w:r w:rsidR="007A6E40" w:rsidRPr="00D80E86">
              <w:rPr>
                <w:b/>
                <w:sz w:val="32"/>
                <w:szCs w:val="32"/>
                <w:lang w:val="el-GR"/>
              </w:rPr>
              <w:t>ΜΕΣΚΛΑ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1D2D13" w:rsidRPr="00D80E86" w:rsidRDefault="001D2D13" w:rsidP="001D2D1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ΕΞΕΤΑΣΤΗΡΙΟ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ΘΕΡΙΣΟΣ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ΕΞΕΤΑΣΤΗΡΙΟ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D80E86" w:rsidRDefault="00C41B55" w:rsidP="00A83BBC">
            <w:pPr>
              <w:jc w:val="center"/>
              <w:rPr>
                <w:sz w:val="32"/>
                <w:szCs w:val="32"/>
              </w:rPr>
            </w:pPr>
            <w:r w:rsidRPr="00D80E86">
              <w:rPr>
                <w:sz w:val="32"/>
                <w:szCs w:val="32"/>
              </w:rPr>
              <w:lastRenderedPageBreak/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9D723F" w:rsidP="00AA30D5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1,8,15,22,29</w:t>
            </w:r>
          </w:p>
          <w:p w:rsidR="00E45F29" w:rsidRPr="00D80E86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Pr="00D80E86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A037D3" w:rsidRPr="00D80E86" w:rsidRDefault="009D723F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2,7,16,22</w:t>
            </w:r>
          </w:p>
          <w:p w:rsidR="00C24E91" w:rsidRPr="00D80E86" w:rsidRDefault="00C24E91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E45F29" w:rsidRPr="00D80E86" w:rsidRDefault="009D723F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1,8,15,22,29</w:t>
            </w:r>
          </w:p>
        </w:tc>
      </w:tr>
      <w:tr w:rsidR="002C0BBB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6A2E73" w:rsidRPr="00E45F29" w:rsidRDefault="001C2312" w:rsidP="00E45F29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</w:rPr>
              <w:lastRenderedPageBreak/>
              <w:t>ΠΕΡΙΦΕΡΕΙΑΚΟ ΙΑΤΡΕΙΟ</w:t>
            </w:r>
          </w:p>
          <w:p w:rsidR="006A2E73" w:rsidRPr="006A2E73" w:rsidRDefault="00260955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B62C11" w:rsidRDefault="00B62C11" w:rsidP="00A83BBC">
            <w:pPr>
              <w:jc w:val="center"/>
            </w:pPr>
            <w:r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1C2312" w:rsidRPr="00E45F29" w:rsidRDefault="009D723F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1,17,29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E45F29" w:rsidRDefault="001C2312" w:rsidP="00E45F29">
            <w:pPr>
              <w:jc w:val="center"/>
              <w:rPr>
                <w:b/>
                <w:lang w:val="el-GR"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Pr="006A2E73" w:rsidRDefault="00260955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6A2E73" w:rsidRPr="00E45F29" w:rsidRDefault="009D723F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1,6,17,21,28</w:t>
            </w:r>
          </w:p>
        </w:tc>
      </w:tr>
      <w:tr w:rsidR="002C0BBB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9B392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9B3929">
              <w:rPr>
                <w:rFonts w:asciiTheme="minorHAnsi" w:hAnsiTheme="minorHAnsi"/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9B3929" w:rsidRDefault="00260955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9B3929">
                <w:rPr>
                  <w:rStyle w:val="-"/>
                  <w:rFonts w:asciiTheme="minorHAnsi" w:hAnsiTheme="minorHAnsi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9B3929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9D723F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2,8,16,22,28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Pr="00E45F29" w:rsidRDefault="00F529E3" w:rsidP="00974EC3">
            <w:pPr>
              <w:jc w:val="center"/>
              <w:rPr>
                <w:b/>
                <w:bCs/>
                <w:sz w:val="20"/>
                <w:szCs w:val="20"/>
              </w:rPr>
            </w:pPr>
            <w:r w:rsidRPr="00E45F29">
              <w:rPr>
                <w:b/>
                <w:bCs/>
                <w:sz w:val="20"/>
                <w:szCs w:val="20"/>
              </w:rPr>
              <w:t xml:space="preserve">ΠΕΡΙΦΕΡΕΙΑΚΟ ΙΑΤΡΕΙΟ </w:t>
            </w:r>
          </w:p>
          <w:p w:rsidR="00F529E3" w:rsidRPr="00E45F29" w:rsidRDefault="00260955" w:rsidP="00974EC3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F529E3" w:rsidRPr="00E45F29">
                <w:rPr>
                  <w:rStyle w:val="-"/>
                  <w:b/>
                  <w:color w:val="auto"/>
                  <w:sz w:val="20"/>
                  <w:szCs w:val="20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Pr="00E45F29" w:rsidRDefault="002A3600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</w:t>
            </w:r>
            <w:r w:rsidR="009B3929">
              <w:rPr>
                <w:b/>
                <w:sz w:val="32"/>
                <w:szCs w:val="32"/>
                <w:lang w:val="el-GR"/>
              </w:rPr>
              <w:t>,1</w:t>
            </w:r>
            <w:r>
              <w:rPr>
                <w:b/>
                <w:sz w:val="32"/>
                <w:szCs w:val="32"/>
                <w:lang w:val="el-GR"/>
              </w:rPr>
              <w:t>0</w:t>
            </w:r>
            <w:r w:rsidR="009B3929">
              <w:rPr>
                <w:b/>
                <w:sz w:val="32"/>
                <w:szCs w:val="32"/>
                <w:lang w:val="el-GR"/>
              </w:rPr>
              <w:t>,1</w:t>
            </w:r>
            <w:r>
              <w:rPr>
                <w:b/>
                <w:sz w:val="32"/>
                <w:szCs w:val="32"/>
                <w:lang w:val="el-GR"/>
              </w:rPr>
              <w:t>8</w:t>
            </w:r>
            <w:r w:rsidR="009B3929">
              <w:rPr>
                <w:b/>
                <w:sz w:val="32"/>
                <w:szCs w:val="32"/>
                <w:lang w:val="el-GR"/>
              </w:rPr>
              <w:t>,2</w:t>
            </w:r>
            <w:r>
              <w:rPr>
                <w:b/>
                <w:sz w:val="32"/>
                <w:szCs w:val="32"/>
                <w:lang w:val="el-GR"/>
              </w:rPr>
              <w:t>4</w:t>
            </w:r>
          </w:p>
        </w:tc>
      </w:tr>
      <w:tr w:rsidR="002C0BBB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E45F29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 xml:space="preserve">ΠΕΡΙΦΕΡΕΙΑΚΟ ΙΑΤΡΕΙΟ </w:t>
            </w:r>
            <w:r w:rsidR="00C707A9" w:rsidRPr="00E45F29">
              <w:rPr>
                <w:b/>
                <w:sz w:val="20"/>
                <w:szCs w:val="20"/>
                <w:lang w:val="el-GR"/>
              </w:rPr>
              <w:t>ΡΟΥΜΑΤΩΝ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ΦΩΤΑΚΑΔΟΥ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E45F29" w:rsidRDefault="001D2D13" w:rsidP="001D2D1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1C2312" w:rsidRPr="00D80E86" w:rsidRDefault="009D723F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1,7,15,22,29</w:t>
            </w:r>
          </w:p>
          <w:p w:rsidR="00E45F29" w:rsidRPr="00D80E86" w:rsidRDefault="00E45F29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E45F29" w:rsidRPr="00D80E86" w:rsidRDefault="009D723F" w:rsidP="00287245">
            <w:pPr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 xml:space="preserve">                              </w:t>
            </w:r>
            <w:r w:rsidR="00D80E86">
              <w:rPr>
                <w:b/>
                <w:sz w:val="32"/>
                <w:szCs w:val="32"/>
                <w:lang w:val="el-GR"/>
              </w:rPr>
              <w:t xml:space="preserve">     </w:t>
            </w:r>
            <w:r w:rsidRPr="00D80E86">
              <w:rPr>
                <w:b/>
                <w:sz w:val="32"/>
                <w:szCs w:val="32"/>
                <w:lang w:val="el-GR"/>
              </w:rPr>
              <w:t xml:space="preserve">    6,21</w:t>
            </w:r>
            <w:r w:rsidR="009B3929" w:rsidRPr="00D80E86">
              <w:rPr>
                <w:b/>
                <w:sz w:val="32"/>
                <w:szCs w:val="32"/>
                <w:lang w:val="el-GR"/>
              </w:rPr>
              <w:t xml:space="preserve"> </w:t>
            </w:r>
          </w:p>
          <w:p w:rsidR="009D723F" w:rsidRPr="00D80E86" w:rsidRDefault="009D723F" w:rsidP="00287245">
            <w:pPr>
              <w:rPr>
                <w:b/>
                <w:sz w:val="32"/>
                <w:szCs w:val="32"/>
                <w:lang w:val="el-GR"/>
              </w:rPr>
            </w:pPr>
          </w:p>
          <w:p w:rsidR="00C24E91" w:rsidRPr="00D80E86" w:rsidRDefault="009D723F" w:rsidP="00C24E91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6,21</w:t>
            </w:r>
          </w:p>
          <w:p w:rsidR="00E45F29" w:rsidRP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Pr="00E45F29" w:rsidRDefault="001C2312" w:rsidP="00974EC3">
            <w:pPr>
              <w:jc w:val="center"/>
              <w:rPr>
                <w:b/>
                <w:sz w:val="18"/>
                <w:szCs w:val="18"/>
              </w:rPr>
            </w:pPr>
            <w:r w:rsidRPr="00E45F29">
              <w:rPr>
                <w:b/>
                <w:sz w:val="18"/>
                <w:szCs w:val="18"/>
              </w:rPr>
              <w:t>ΠΕΡΙΦΕΡΕΙΑΚΟ ΙΑΤΡΕΙΟ</w:t>
            </w:r>
          </w:p>
          <w:p w:rsidR="00C707A9" w:rsidRPr="00E45F29" w:rsidRDefault="00C707A9" w:rsidP="00974EC3">
            <w:pPr>
              <w:jc w:val="center"/>
              <w:rPr>
                <w:b/>
                <w:sz w:val="18"/>
                <w:szCs w:val="18"/>
              </w:rPr>
            </w:pPr>
          </w:p>
          <w:p w:rsidR="00C707A9" w:rsidRPr="00E45F29" w:rsidRDefault="00260955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hyperlink r:id="rId12" w:history="1">
              <w:r w:rsidR="00C707A9" w:rsidRPr="00E45F29">
                <w:rPr>
                  <w:rStyle w:val="-"/>
                  <w:b/>
                  <w:color w:val="auto"/>
                  <w:sz w:val="18"/>
                  <w:szCs w:val="18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2C0BBB">
            <w:pPr>
              <w:jc w:val="center"/>
            </w:pPr>
          </w:p>
          <w:p w:rsidR="001C2312" w:rsidRPr="004F2819" w:rsidRDefault="004F2819" w:rsidP="002C0BBB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1C2312" w:rsidRPr="002C0BBB" w:rsidRDefault="009D723F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1,2,3,6,7,8,9,14,15,16,17,20,21,22,23,24,27,28,29,30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1C2312" w:rsidRPr="005724F9" w:rsidRDefault="00D80E86" w:rsidP="002A3600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1,2,3,6,7,8,9,14,15,16,17,20,21,22,23,24,27,28,29,30</w:t>
            </w:r>
          </w:p>
        </w:tc>
      </w:tr>
      <w:tr w:rsidR="002C0BBB" w:rsidRPr="002C0BBB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ΡΟΔΟΒΑΝΙΟΥ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D80E86" w:rsidRDefault="00D80E86" w:rsidP="00974EC3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 w:rsidRPr="00D80E86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2,7,15,21,30</w:t>
            </w:r>
          </w:p>
          <w:p w:rsidR="00E45F29" w:rsidRPr="00D80E86" w:rsidRDefault="00E45F2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</w:p>
          <w:p w:rsidR="00F23EED" w:rsidRPr="009B3929" w:rsidRDefault="00D80E86" w:rsidP="002A3600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2,7,15,21,30</w:t>
            </w:r>
          </w:p>
        </w:tc>
      </w:tr>
      <w:tr w:rsidR="00974EC3" w:rsidRPr="002C0BBB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Pr="002C0BBB" w:rsidRDefault="002C79D4" w:rsidP="00974EC3">
            <w:pPr>
              <w:rPr>
                <w:lang w:val="el-GR"/>
              </w:rPr>
            </w:pPr>
            <w:r w:rsidRPr="00EA173B">
              <w:rPr>
                <w:b/>
                <w:bCs/>
                <w:i/>
                <w:u w:val="single"/>
                <w:lang w:val="el-GR"/>
              </w:rPr>
              <w:t>ΣΗΜΕΙΩΣΗ:</w:t>
            </w:r>
          </w:p>
        </w:tc>
      </w:tr>
    </w:tbl>
    <w:p w:rsidR="00C24E91" w:rsidRPr="002A1BF7" w:rsidRDefault="00AA4E25" w:rsidP="00EA173B">
      <w:pPr>
        <w:jc w:val="both"/>
        <w:rPr>
          <w:b/>
          <w:bCs/>
          <w:i/>
          <w:lang w:val="el-GR"/>
        </w:rPr>
      </w:pPr>
      <w:r w:rsidRPr="006B4A39">
        <w:rPr>
          <w:i/>
          <w:lang w:val="el-GR"/>
        </w:rPr>
        <w:lastRenderedPageBreak/>
        <w:br/>
      </w:r>
      <w:r w:rsidR="000826F1" w:rsidRPr="00EA173B">
        <w:rPr>
          <w:b/>
          <w:bCs/>
          <w:i/>
          <w:lang w:val="el-GR"/>
        </w:rPr>
        <w:t xml:space="preserve">Για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p w:rsidR="00D80E86" w:rsidRDefault="00D80E86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16/04 ΒΟΥΤΑΣ(ΕΟΔΥ)</w:t>
      </w:r>
    </w:p>
    <w:p w:rsidR="00126D05" w:rsidRDefault="00D80E86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20/04</w:t>
      </w:r>
      <w:r w:rsidR="00126D05">
        <w:rPr>
          <w:b/>
          <w:bCs/>
          <w:i/>
          <w:lang w:val="el-GR"/>
        </w:rPr>
        <w:t xml:space="preserve"> </w:t>
      </w:r>
      <w:r>
        <w:rPr>
          <w:b/>
          <w:bCs/>
          <w:i/>
          <w:lang w:val="el-GR"/>
        </w:rPr>
        <w:t>ΜΟΥΣΤΑΚΟ</w:t>
      </w:r>
      <w:r w:rsidR="00126D05">
        <w:rPr>
          <w:b/>
          <w:bCs/>
          <w:i/>
          <w:lang w:val="el-GR"/>
        </w:rPr>
        <w:t xml:space="preserve"> (ΕΟΔΥ)</w:t>
      </w:r>
    </w:p>
    <w:p w:rsidR="00D80E86" w:rsidRDefault="00D80E86" w:rsidP="00D80E86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24/04</w:t>
      </w:r>
      <w:r w:rsidR="00126D05">
        <w:rPr>
          <w:b/>
          <w:bCs/>
          <w:i/>
          <w:lang w:val="el-GR"/>
        </w:rPr>
        <w:t xml:space="preserve"> </w:t>
      </w:r>
      <w:r>
        <w:rPr>
          <w:b/>
          <w:bCs/>
          <w:i/>
          <w:lang w:val="el-GR"/>
        </w:rPr>
        <w:t xml:space="preserve"> ΝΤΕΡΕΣ</w:t>
      </w:r>
      <w:r w:rsidR="000D01FC">
        <w:rPr>
          <w:b/>
          <w:bCs/>
          <w:i/>
          <w:lang w:val="el-GR"/>
        </w:rPr>
        <w:t>(ΕΟΔΥ)</w:t>
      </w:r>
    </w:p>
    <w:p w:rsidR="00D80E86" w:rsidRPr="00D80E86" w:rsidRDefault="00D80E86" w:rsidP="00D80E86">
      <w:pPr>
        <w:jc w:val="both"/>
        <w:rPr>
          <w:b/>
          <w:bCs/>
          <w:i/>
          <w:lang w:val="el-GR"/>
        </w:rPr>
      </w:pPr>
      <w:r w:rsidRPr="00D80E86">
        <w:rPr>
          <w:b/>
          <w:lang w:val="el-GR"/>
        </w:rPr>
        <w:t>27/04</w:t>
      </w:r>
      <w:hyperlink r:id="rId14" w:history="1">
        <w:r w:rsidRPr="00D80E86">
          <w:rPr>
            <w:rStyle w:val="-"/>
            <w:b/>
            <w:color w:val="auto"/>
            <w:sz w:val="18"/>
            <w:szCs w:val="18"/>
            <w:u w:val="none"/>
            <w:lang w:val="el-GR"/>
          </w:rPr>
          <w:t>ΠΑΛΑΙΟΧΩΡΑΣ</w:t>
        </w:r>
      </w:hyperlink>
      <w:r w:rsidRPr="00D80E86">
        <w:rPr>
          <w:b/>
          <w:lang w:val="el-GR"/>
        </w:rPr>
        <w:t xml:space="preserve"> </w:t>
      </w:r>
      <w:r w:rsidRPr="00D80E86">
        <w:rPr>
          <w:b/>
          <w:bCs/>
          <w:i/>
          <w:lang w:val="el-GR"/>
        </w:rPr>
        <w:t>(ΕΟΔΥ)</w:t>
      </w:r>
    </w:p>
    <w:p w:rsidR="00D80E86" w:rsidRPr="000D01FC" w:rsidRDefault="00D80E86" w:rsidP="00EA173B">
      <w:pPr>
        <w:jc w:val="both"/>
        <w:rPr>
          <w:b/>
          <w:bCs/>
          <w:i/>
          <w:lang w:val="el-GR"/>
        </w:rPr>
      </w:pPr>
    </w:p>
    <w:sectPr w:rsidR="00D80E86" w:rsidRPr="000D01FC" w:rsidSect="00126D05">
      <w:pgSz w:w="12240" w:h="15840"/>
      <w:pgMar w:top="454" w:right="902" w:bottom="454" w:left="17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E624C8"/>
    <w:multiLevelType w:val="hybridMultilevel"/>
    <w:tmpl w:val="A4749D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D01FC"/>
    <w:rsid w:val="000D729F"/>
    <w:rsid w:val="000E2437"/>
    <w:rsid w:val="00126D05"/>
    <w:rsid w:val="00135138"/>
    <w:rsid w:val="00145205"/>
    <w:rsid w:val="0015074B"/>
    <w:rsid w:val="001574B3"/>
    <w:rsid w:val="00176E5E"/>
    <w:rsid w:val="001C2312"/>
    <w:rsid w:val="001D2D13"/>
    <w:rsid w:val="001F068C"/>
    <w:rsid w:val="002228FE"/>
    <w:rsid w:val="00260955"/>
    <w:rsid w:val="00287245"/>
    <w:rsid w:val="0029639D"/>
    <w:rsid w:val="002A1BF7"/>
    <w:rsid w:val="002A3600"/>
    <w:rsid w:val="002C0BBB"/>
    <w:rsid w:val="002C33F1"/>
    <w:rsid w:val="002C79D4"/>
    <w:rsid w:val="002E7911"/>
    <w:rsid w:val="00326F90"/>
    <w:rsid w:val="003648D8"/>
    <w:rsid w:val="003B127B"/>
    <w:rsid w:val="003D64E3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724F9"/>
    <w:rsid w:val="00581400"/>
    <w:rsid w:val="005A2F22"/>
    <w:rsid w:val="005B622B"/>
    <w:rsid w:val="005D1337"/>
    <w:rsid w:val="005F3A0C"/>
    <w:rsid w:val="00625F5A"/>
    <w:rsid w:val="00636638"/>
    <w:rsid w:val="0066138C"/>
    <w:rsid w:val="00670FC4"/>
    <w:rsid w:val="00682854"/>
    <w:rsid w:val="006A2E73"/>
    <w:rsid w:val="006B4A39"/>
    <w:rsid w:val="006D2309"/>
    <w:rsid w:val="00705A8E"/>
    <w:rsid w:val="00751DEA"/>
    <w:rsid w:val="007801AA"/>
    <w:rsid w:val="00795613"/>
    <w:rsid w:val="007A6E40"/>
    <w:rsid w:val="007E1AE6"/>
    <w:rsid w:val="007E20AF"/>
    <w:rsid w:val="00805A26"/>
    <w:rsid w:val="00825B5C"/>
    <w:rsid w:val="008260B0"/>
    <w:rsid w:val="0083300E"/>
    <w:rsid w:val="00862F2F"/>
    <w:rsid w:val="00894FF2"/>
    <w:rsid w:val="008A1422"/>
    <w:rsid w:val="008C5283"/>
    <w:rsid w:val="008D3CD8"/>
    <w:rsid w:val="009731F0"/>
    <w:rsid w:val="0097449D"/>
    <w:rsid w:val="00974EC3"/>
    <w:rsid w:val="009A159E"/>
    <w:rsid w:val="009B3929"/>
    <w:rsid w:val="009B5691"/>
    <w:rsid w:val="009C4E53"/>
    <w:rsid w:val="009D723F"/>
    <w:rsid w:val="009F5A7F"/>
    <w:rsid w:val="00A037D3"/>
    <w:rsid w:val="00A04FF5"/>
    <w:rsid w:val="00A83BBC"/>
    <w:rsid w:val="00AA1D8D"/>
    <w:rsid w:val="00AA30D5"/>
    <w:rsid w:val="00AA4E25"/>
    <w:rsid w:val="00B47730"/>
    <w:rsid w:val="00B51079"/>
    <w:rsid w:val="00B62C11"/>
    <w:rsid w:val="00BF2524"/>
    <w:rsid w:val="00C21751"/>
    <w:rsid w:val="00C24E91"/>
    <w:rsid w:val="00C41B55"/>
    <w:rsid w:val="00C55E5D"/>
    <w:rsid w:val="00C6397D"/>
    <w:rsid w:val="00C707A9"/>
    <w:rsid w:val="00CB0664"/>
    <w:rsid w:val="00CB5404"/>
    <w:rsid w:val="00CC0D1F"/>
    <w:rsid w:val="00CD1E4A"/>
    <w:rsid w:val="00D000BA"/>
    <w:rsid w:val="00D055C2"/>
    <w:rsid w:val="00D45743"/>
    <w:rsid w:val="00D70084"/>
    <w:rsid w:val="00D76EDA"/>
    <w:rsid w:val="00D80E86"/>
    <w:rsid w:val="00D938C4"/>
    <w:rsid w:val="00DA10F5"/>
    <w:rsid w:val="00E110A8"/>
    <w:rsid w:val="00E359B0"/>
    <w:rsid w:val="00E45F29"/>
    <w:rsid w:val="00E55978"/>
    <w:rsid w:val="00EA173B"/>
    <w:rsid w:val="00EB55C2"/>
    <w:rsid w:val="00ED0E93"/>
    <w:rsid w:val="00F23EED"/>
    <w:rsid w:val="00F330C1"/>
    <w:rsid w:val="00F529E3"/>
    <w:rsid w:val="00F67B53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645</Words>
  <Characters>3487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gramkan</cp:lastModifiedBy>
  <cp:revision>11</cp:revision>
  <cp:lastPrinted>2025-10-10T10:54:00Z</cp:lastPrinted>
  <dcterms:created xsi:type="dcterms:W3CDTF">2026-01-29T11:31:00Z</dcterms:created>
  <dcterms:modified xsi:type="dcterms:W3CDTF">2026-03-27T10:37:00Z</dcterms:modified>
</cp:coreProperties>
</file>